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רפלקטיבי לבגין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החלטות מרכזיות בהנהגתו של בגין ואת הדילמות שעמדו מאחוריהן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הצגת שתי נקודות מבט על אירוע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להתנסח בלשון רשמית ומכבדת במכתב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הסכם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מסגרת לשלום בין ישראל למצרים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התפטר מתפקידו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פעולה לטובת כלל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להציג שתי נקודות מבט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על תרומתם לתהליך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 - סיני הוחזר במסגרת ההסכם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לכתוב בלשון רשמית ומכבדת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פעולה צבאית מונעת ידועה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לאחר תקופה קשה של מלחמת לבנון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נקודות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החלטה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(החזרת סיני בתמורה לשלום)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(פעולה מונעת למניעת נשק גרעיני)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(מבצע שעורר ביקורת והוביל להתפטרות)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(הוענק לבגין ולסאדאת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(המשך חיים פשוטים גם כראש ממשלה)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בפנייה מכבדת 'לכבוד מר מנחם בגין'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החלטה אחת ותיאורה המדויק (תאריך, הקשר)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הצגת שתי נקודות מבט שונות על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ניסוח מסקנה על מנהיגות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בברכה 'בכבוד רב'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המכתב כולל: תיאור מדויק של ההחלטה (תאריך והקשר), לפחות שתי נקודות מבט, קישור לערך (ממלכתיות/שלום/כבוד האדם/צניעות), לשון רשמית ומכבדת, ומסקנה אישית.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מזהה החלטה אמיתית מחיי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נקודות מבט שונות וברורות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הגיוני לערך כמו ממלכתיות, שלום, כבוד האדם או צניעות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משמעות המונח 'נקודת מבט'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דוגמת מכתב קצרה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הלשון הרשמית והמכבדת לאורך כל המכתב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רפלקטיבי לבגין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כותבים מכתב מכבד למנחם בגין, על החלטה חשובה שהוא קיבל.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מכתב רפלקטיבי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שבו חושבים וכותבים על אירוע ועל מה למדנו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צריך לבחור בין שתי אפשרויות קשות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אדם מסוים רואה ומבין 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ממלכתיות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למען כלל המדינה ולא למען קבוצה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פשוטה וענווה, בלי התנשאות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 האדם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מכבד לכל אדם באשר הוא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קמפ דייוויד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שיחות שלום בין בגין לסאדאת בחסות ארה״ב ב-1978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מסקנה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שהכותב/ת למד/ה מהאירוע עבור עצמו/ה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חתם בגין עם מצרים ב-1979?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סחר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צבאי זמני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הצהרת כוונות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בהסכם קמפ דייוויד?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מסגרת לשלום בין ישראל למצרים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גבולות עם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יחסים עם ארה״ב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הסכם כלכלי עם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לבגין אחרי מלחמת לבנון?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התפטר מתפקידו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הכריז על מלחמה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קיבל פרס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פרש מהפוליטיקה לצמיתות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ממלכתיות?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פעולה לטובת כלל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פעולה לטובת מפלגה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 חשאית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פעולה כלכלית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כותבים 'מצד אחד... מצד שני'?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שתי נקודות מבט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לסיים את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לפתוח בברכה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את הכותב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וסאדאת קיבלו יחד פרס נובל לשלום ב-1978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סירב להחזיר את סיני למצרים במסגרת הסכם השלום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במכתב יש לכתוב בלשון יומיומית וקלילה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תקיפת הכור בעיראק התרחשה בשנת 1981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התפטר מראשות הממשלה בשנת 1983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חתם על הסכם שלום עם __________ בשנת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במכתב יש לכלול לפחות שתי __________ שונות על ההחלטה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 המכתב מסיימים בברכה '__________ רב'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קיבל את פרס ה__________ לשלום ב-1978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החלטה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הסכם 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מבצע שעורר ביקורת והוביל להתפטרות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תקיפת הכור בעיראק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המשך חיים פשוטים גם כראש 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מלחמת לבנון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החזרת סיני בתמורה לשלום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פרס נובל לשלום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פעולה מונעת למניעת נשק גרעיני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צניעות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הוענק לבגין ולסאדאת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שתי נקודות מבט שונות על ההחלטה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בפנייה מכבדת 'לכבוד מר מנחם בגין'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החלטה אחת ותיאורה המדויק (תאריך, הקשר)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בברכה 'בכבוד רב'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מסקנה על מנהיגות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אחת עד שתיים כמכתב רפלקטיבי לבגין: בחרו החלטה אחת שלו, תארו את הדילמה, הציגו שתי נקודות מבט, וסכמו מה היא מלמדת על מנהיגות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החלטה אחת של בגין שבחרתם לכתוב עליה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שתי נקודות המבט שהצגתם על ההחלטה?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קשרתם להחלטה ומדוע?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רפלקטיבי לבגין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